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8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4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Муниципальное казённое образовательное учреждение,,ПРОГИМНАЗИЯ ,,ЛАСТОЧКА,,</w:t>
      </w:r>
    </w:p>
    <w:p>
      <w:pPr>
        <w:autoSpaceDN w:val="0"/>
        <w:autoSpaceDE w:val="0"/>
        <w:widowControl/>
        <w:spacing w:line="230" w:lineRule="auto" w:before="70" w:after="0"/>
        <w:ind w:left="0" w:right="335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городского округа,,город Кизляр,,</w:t>
      </w:r>
    </w:p>
    <w:p>
      <w:pPr>
        <w:autoSpaceDN w:val="0"/>
        <w:autoSpaceDE w:val="0"/>
        <w:widowControl/>
        <w:spacing w:line="230" w:lineRule="auto" w:before="672" w:after="1436"/>
        <w:ind w:left="0" w:right="330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Прогимназия «Ласточка»</w:t>
      </w:r>
    </w:p>
    <w:p>
      <w:pPr>
        <w:sectPr>
          <w:pgSz w:w="11900" w:h="16840"/>
          <w:pgMar w:top="298" w:right="874" w:bottom="1440" w:left="1434" w:header="720" w:footer="720" w:gutter="0"/>
          <w:cols w:space="720" w:num="1" w:equalWidth="0"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22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5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______________Ильясова Е.А.</w:t>
      </w:r>
    </w:p>
    <w:p>
      <w:pPr>
        <w:sectPr>
          <w:type w:val="continuous"/>
          <w:pgSz w:w="11900" w:h="16840"/>
          <w:pgMar w:top="298" w:right="874" w:bottom="1440" w:left="1434" w:header="720" w:footer="720" w:gutter="0"/>
          <w:cols w:space="720" w:num="2" w:equalWidth="0"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______________Караева И.В.</w:t>
      </w:r>
    </w:p>
    <w:p>
      <w:pPr>
        <w:sectPr>
          <w:type w:val="nextColumn"/>
          <w:pgSz w:w="11900" w:h="16840"/>
          <w:pgMar w:top="298" w:right="874" w:bottom="1440" w:left="1434" w:header="720" w:footer="720" w:gutter="0"/>
          <w:cols w:space="720" w:num="2" w:equalWidth="0">
            <w:col w:w="5940" w:space="0"/>
            <w:col w:w="3651" w:space="0"/>
            <w:col w:w="9592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6.0" w:type="dxa"/>
      </w:tblPr>
      <w:tblGrid>
        <w:gridCol w:w="4796"/>
        <w:gridCol w:w="4796"/>
      </w:tblGrid>
      <w:tr>
        <w:trPr>
          <w:trHeight w:hRule="exact" w:val="490"/>
        </w:trPr>
        <w:tc>
          <w:tcPr>
            <w:tcW w:type="dxa" w:w="37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1152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232" w:right="1152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4835298)</w:t>
      </w:r>
    </w:p>
    <w:p>
      <w:pPr>
        <w:autoSpaceDN w:val="0"/>
        <w:autoSpaceDE w:val="0"/>
        <w:widowControl/>
        <w:spacing w:line="262" w:lineRule="auto" w:before="166" w:after="0"/>
        <w:ind w:left="1872" w:right="2304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«Литературное чтение на родном (русском) языке»</w:t>
      </w:r>
    </w:p>
    <w:p>
      <w:pPr>
        <w:autoSpaceDN w:val="0"/>
        <w:autoSpaceDE w:val="0"/>
        <w:widowControl/>
        <w:spacing w:line="262" w:lineRule="auto" w:before="670" w:after="0"/>
        <w:ind w:left="2160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2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746" w:right="0" w:hanging="1392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Кухтина Елена Викторовна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sectPr>
          <w:type w:val="continuous"/>
          <w:pgSz w:w="11900" w:h="16840"/>
          <w:pgMar w:top="298" w:right="874" w:bottom="1440" w:left="1434" w:header="720" w:footer="720" w:gutter="0"/>
          <w:cols w:space="720" w:num="1" w:equalWidth="0"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73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г.Кизляр 2021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 по  литературному  чтению на родном (русском) языке на уровне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подготовлена в соответствии с реализацией Федерального закона от 3 августа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2018 г. № 317-ФЗ «О внесении изменений в статьи 11 и 14 Федерального закона „Об образовании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Российской Федерации” на основе Федерального государственного образовательного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(Приказ Министерства просвещения Российской Федерации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31.05.2021 г. № 286 «Об утверждении федерального государственного образовательного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образования», зарегистрирован Министерством юстиции Российской Федерации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05.07.2021 г.  № 64100), Примерной программы воспитания (утверждена решением ФУМО по общему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образованию от 2 июня 2020 г.) и с учётом Концепции преподавания русского языка и литературы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Российской Федерации (утверждённой распоряжением Правительства Российской Федерации от 9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апреля 2016 г. № 637-р).</w:t>
      </w:r>
    </w:p>
    <w:p>
      <w:pPr>
        <w:autoSpaceDN w:val="0"/>
        <w:autoSpaceDE w:val="0"/>
        <w:widowControl/>
        <w:spacing w:line="262" w:lineRule="auto" w:before="262" w:after="0"/>
        <w:ind w:left="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«ЛИТЕРАТУРНОЕ ЧТЕНИЕ НА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РОДНОМ (РУССКОМ) ЯЗЫКЕ»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«Литературное чтение на родном (русском) языке»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разработана для организаций, реализующих программы начального общего образования. Программа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направлена на оказание методической помощи образовательным организациям и учителю и позволит:</w:t>
      </w:r>
    </w:p>
    <w:p>
      <w:pPr>
        <w:autoSpaceDN w:val="0"/>
        <w:autoSpaceDE w:val="0"/>
        <w:widowControl/>
        <w:spacing w:line="276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реализовать в процессе преподавания учебного предмета «Литературное чтение на родном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(русском) языке» современные подходы к достижению личностных, метапредметных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предметных результатов обучения, сформулированных в Федеральном государственном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образовательном стандарте начального общего образования;</w:t>
      </w:r>
    </w:p>
    <w:p>
      <w:pPr>
        <w:autoSpaceDN w:val="0"/>
        <w:autoSpaceDE w:val="0"/>
        <w:widowControl/>
        <w:spacing w:line="283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определить и структурировать планируемые результаты обучения и содержание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«Литературное чтение на родном (русском) языке» по годам обучения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ФГОС НОО; Примерной основной образовательной программой начального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редакции протокола от 8 апреля 2015 г. № 1/15 федерального учебно-методического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объединения по общему образованию); Примерной программой воспитания (одобрена решением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федерального учебно-методического объединения  по  общему  образованию,  протокол  от 2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июня 2020 г. № 2/20);</w:t>
      </w:r>
    </w:p>
    <w:p>
      <w:pPr>
        <w:autoSpaceDN w:val="0"/>
        <w:autoSpaceDE w:val="0"/>
        <w:widowControl/>
        <w:spacing w:line="276" w:lineRule="auto" w:before="192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разработать календарно-тематическое планирование с учётом особенностей конкретного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класса, используя рекомендованное примерное распределение учебного времени на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определённого раздела/темы, а также предложенные основные виды учебной деятельности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учебного материала разделов/тем курса.</w:t>
      </w:r>
    </w:p>
    <w:p>
      <w:pPr>
        <w:autoSpaceDN w:val="0"/>
        <w:autoSpaceDE w:val="0"/>
        <w:widowControl/>
        <w:spacing w:line="283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направлено на достижение результатов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начального общего образования в части требований, заданных Федеральным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государственным образовательным стандартом начального общего образования к предметной области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«Родной язык и литературное чтение на родном языке». Программа ориентирована на сопровождение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поддержку курса литературного чтения, входящего в образовательную область «Русский язык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литературное чтение», при этом цели курса литературного чтения на родном (русском) языке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предметной области «Родной язык и литературное чтение на родном языке» имеют свою специфику.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требованиями ФГОС НОО к результатам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по учебному предмету «Литературное чтение на родном языке» курс направлен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понимания места и роли литературы на родном языке в едином культурном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пространстве Российской Федерации, в сохранении и передаче от поколения к поколению историко-</w:t>
      </w:r>
    </w:p>
    <w:p>
      <w:pPr>
        <w:sectPr>
          <w:pgSz w:w="11900" w:h="16840"/>
          <w:pgMar w:top="298" w:right="642" w:bottom="420" w:left="666" w:header="720" w:footer="720" w:gutter="0"/>
          <w:cols w:space="720" w:num="1" w:equalWidth="0"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культурных, нравственных, эстетических ценностей; понимания роли фольклора и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 родного народа в создании культурного, морально-этического и эстетического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пространства субъекта Российской Федерации; на формирование понимания родной литературы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одной из основных национально-культурных ценностей народа, как особого способа познания жизни,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явления национальной и мировой культуры, средства сохранения и передачи нравственных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 и традиций, формирования представлений о мире, национальной истории и культуре,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 потребности в систематическом чтении на родном языке для обеспечения культурной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самоидентификации. В основу курса «Литературное чтение на родном (русском) языке» положена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мысль о том, что русская литература включает в себя систему ценностных кодов, единых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национальной культурной традиции. Являясь средством не только их сохранения, но и передачи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подрастающему поколению, русская литература устанавливает тем самым преемственную связь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прошлого, настоящего и будущего русской национально-культурной традиции в сознании младших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школьников.</w:t>
      </w:r>
    </w:p>
    <w:p>
      <w:pPr>
        <w:autoSpaceDN w:val="0"/>
        <w:autoSpaceDE w:val="0"/>
        <w:widowControl/>
        <w:spacing w:line="262" w:lineRule="auto" w:before="262" w:after="0"/>
        <w:ind w:left="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ЦЕЛИ ИЗУЧЕНИЯ УЧЕБНОГО ПРЕДМЕТА «ЛИТЕРАТУРНОЕ ЧТЕНИЕ НА РОДНОМ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(РУССКОМ) ЯЗЫКЕ»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изучения предмета «Литературное чтение на родном (русском) языке» являются:</w:t>
      </w:r>
    </w:p>
    <w:p>
      <w:pPr>
        <w:autoSpaceDN w:val="0"/>
        <w:autoSpaceDE w:val="0"/>
        <w:widowControl/>
        <w:spacing w:line="262" w:lineRule="auto" w:before="178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воспитание ценностного отношения к русской литературе и русскому языку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существенной части родной культуры;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включение обучающихся в культурно-языковое пространство своего народа и приобщение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его культурному наследию и современности, к традициям своего народа;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исторической преемственности поколений, своей ответственности за сохранение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русской культуры;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развитие читательских умений.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Достижение данных целей предполагает решение следующих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задач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71" w:lineRule="auto" w:before="178" w:after="0"/>
        <w:ind w:left="420" w:right="736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основ российской гражданской идентичности, чувства гордости за свою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Родину, российский народ и историю России, осознание своей этнической и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принадлежности; формирование ценностей многонационального российского общества;</w:t>
      </w:r>
    </w:p>
    <w:p>
      <w:pPr>
        <w:autoSpaceDN w:val="0"/>
        <w:autoSpaceDE w:val="0"/>
        <w:widowControl/>
        <w:spacing w:line="276" w:lineRule="auto" w:before="192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воспитание ценностного отношения к историко-культурному опыту русского народа,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введение обучающегося в культурно- языковое пространство своего народа; формирование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младшего школьника интереса к русской литературе как источнику историко-культурных,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нравственных, эстетических ценностей;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представлений об основных нравственно-этических ценностях, значимых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национального русского сознания и отражённых в родной литературе;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обогащение знаний о художественно-эстетических возможностях русского языка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изучения произведений русской литературы;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потребности в постоянном чтении для развития личности, для речевого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самосовершенствования;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совершенствование читательских умений понимать и оценивать содержание и специфику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текстов, участвовать в их обсуждении;</w:t>
      </w:r>
    </w:p>
    <w:p>
      <w:pPr>
        <w:autoSpaceDN w:val="0"/>
        <w:autoSpaceDE w:val="0"/>
        <w:widowControl/>
        <w:spacing w:line="262" w:lineRule="auto" w:before="190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всех видов речевой деятельности, приобретение опыта создания устных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письменных высказываний о прочитанном.</w:t>
      </w:r>
    </w:p>
    <w:p>
      <w:pPr>
        <w:sectPr>
          <w:pgSz w:w="11900" w:h="16840"/>
          <w:pgMar w:top="286" w:right="718" w:bottom="372" w:left="666" w:header="720" w:footer="720" w:gutter="0"/>
          <w:cols w:space="720" w:num="1" w:equalWidth="0"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ЛИТЕРАТУРНОЕ ЧТЕНИЕ НА РОДНОМ (РУССКОМ)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ЯЗЫКЕ» В УЧЕБНОМ ПЛАНЕ</w:t>
      </w:r>
    </w:p>
    <w:p>
      <w:pPr>
        <w:autoSpaceDN w:val="0"/>
        <w:autoSpaceDE w:val="0"/>
        <w:widowControl/>
        <w:spacing w:line="283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предмету «Литературное чтение на родном (русском) языке»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предметным результатам освоения основной образовательной программы,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и рассчитана на общую учебную нагрузку в объёме 34 часа во 2 классе. Резерв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времени отводится на вариативную часть программы, которая предусматривает изучение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произведений, отобранных составителями рабочих программ для реализации регионального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компонента содержания литературного образования.</w:t>
      </w:r>
    </w:p>
    <w:p>
      <w:pPr>
        <w:autoSpaceDN w:val="0"/>
        <w:autoSpaceDE w:val="0"/>
        <w:widowControl/>
        <w:spacing w:line="262" w:lineRule="auto" w:before="264" w:after="0"/>
        <w:ind w:left="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ОСНОВНЫЕ СОДЕРЖАТЕЛЬНЫЕ ЛИНИИ РАБОЧЕЙ ПРОГРАММЫ УЧЕБНОГО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ПРЕДМЕТА «ЛИТЕРАТУРНОЕ ЧТЕНИЕ НА РОДНОМ (РУССКОМ) ЯЗЫКЕ»</w:t>
      </w:r>
    </w:p>
    <w:p>
      <w:pPr>
        <w:autoSpaceDN w:val="0"/>
        <w:autoSpaceDE w:val="0"/>
        <w:widowControl/>
        <w:spacing w:line="288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учебного предмета «Литературное чтение на родном (русском) языке» представлено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содержание, изучение которого позволит раскрыть национально-культурную специфику русской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литературы; взаимосвязь русского языка и русской литературы с историей России, с материальной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культурой русского народа. Учебный предмет «Литературное чтение на родном (русском)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языке» не ущемляет права тех школьников, которые изучают иной родной язык и иную родную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литературу, поэтому учебное время, отведённое на изучение данного предмета, не может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рассматриваться  как  время для углублённого изучения основного курса литературного чтения,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входящего в предметную область «Русский язык и литературное чтение». Курс предназначен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расширения литературного и культурного кругозора младших школьников; произведения фольклора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русской классики, современной русской литературы, входящие в круг актуального чтения младших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школьников, позволяют обеспечить знакомство младших школьников с ключевыми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национального сознания и русской культуры понятиями. Предложенные младшим школьникам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чтения и изучения произведения русской литературы отражают разные стороны духовной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народа, актуализируют вечные ценности (добро, сострадание, великодушие, милосердие,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совесть, правда, любовь и др.).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данной программе специфика курса «Литературное чтение на родном (русском) языке»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реализована благодаря: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отбору произведений, в которых отражается русский национальный характер, обычаи, традиции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народа, духовные основы русской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вниманию к тем произведениям русских писателей, в которых отражается мир русского детства: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воспитания ребёнка в семье, его взаимоотношений со сверстниками и взрослыми,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восприятия ребёнком окружающего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расширенному историко-культурному комментарию к произведениям, созданным во времена,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отстоящие от современности; такой комментарий позволяет современному младшему школьнику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лучше понять особенности истории и культуры народа, а также содержание произведений русской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часть предметной области «Родной язык и литературное чтение на родном языке», учебный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 «Литературное чтение на родном (русском) языке» тесно связан с предметом «Родной язык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(русский)».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«Литературное чтение на родном (русском) языке» способствует обогащению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речи школьников, развитию их речевой культуры и коммуникативных умений. Оба курса объединяет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культурно-исторический подход к представлению дидактического материала, на основе которого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выстраиваются проблемно-тематические блоки программы. Каждый из проблемно-тематических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блоков включает сопряжённые с ним ключевые понятия, отражающие духовную и материальную</w:t>
      </w:r>
    </w:p>
    <w:p>
      <w:pPr>
        <w:sectPr>
          <w:pgSz w:w="11900" w:h="16840"/>
          <w:pgMar w:top="298" w:right="746" w:bottom="402" w:left="666" w:header="720" w:footer="720" w:gutter="0"/>
          <w:cols w:space="720" w:num="1" w:equalWidth="0"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культуру русского народа в их исторической взаимосвязи. Ещё одной общей чертой обоих курсов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концентрирование их содержания вокруг интересов и запросов ребёнка младшего 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возраста, что находит отражение в специфике выбранных произведений.</w:t>
      </w:r>
    </w:p>
    <w:p>
      <w:pPr>
        <w:sectPr>
          <w:pgSz w:w="11900" w:h="16840"/>
          <w:pgMar w:top="286" w:right="668" w:bottom="1440" w:left="666" w:header="720" w:footer="720" w:gutter="0"/>
          <w:cols w:space="720" w:num="1" w:equalWidth="0"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СОДЕРЖАНИЕ УЧЕБНОГО ПРЕДМЕТА</w:t>
      </w:r>
    </w:p>
    <w:p>
      <w:pPr>
        <w:autoSpaceDN w:val="0"/>
        <w:autoSpaceDE w:val="0"/>
        <w:widowControl/>
        <w:spacing w:line="262" w:lineRule="auto" w:before="346" w:after="0"/>
        <w:ind w:left="0" w:right="74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РАЗДЕЛ 1. МИР ДЕТСТВА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 и книги </w:t>
      </w:r>
    </w:p>
    <w:p>
      <w:pPr>
        <w:autoSpaceDN w:val="0"/>
        <w:autoSpaceDE w:val="0"/>
        <w:widowControl/>
        <w:spacing w:line="271" w:lineRule="auto" w:before="166" w:after="0"/>
        <w:ind w:left="180" w:right="14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Не торопись отвечать, торопись слушать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Произведения, отражающие детское восприятие услышанных рассказов, сказок, стихов. Например: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Е. Н. Егорова.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«Детство Александра Пушкина» (глава «Нянины сказки»).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Т. А. Луговская.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«Как знаю, как помню, как умею» (фрагмент).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 взрослею </w:t>
      </w:r>
    </w:p>
    <w:p>
      <w:pPr>
        <w:autoSpaceDN w:val="0"/>
        <w:autoSpaceDE w:val="0"/>
        <w:widowControl/>
        <w:spacing w:line="262" w:lineRule="auto" w:before="168" w:after="0"/>
        <w:ind w:left="180" w:right="590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Как аукнется, так и откликнется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Пословицы об отношении к другим людям.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Произведения, отражающие традиционные представления об отношении к другим людям.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0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Например: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В. В. Бианки.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«Сова».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Л. И. Кузьмин.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«Дом с колокольчиком».</w:t>
      </w:r>
    </w:p>
    <w:p>
      <w:pPr>
        <w:autoSpaceDN w:val="0"/>
        <w:autoSpaceDE w:val="0"/>
        <w:widowControl/>
        <w:spacing w:line="262" w:lineRule="auto" w:before="70" w:after="0"/>
        <w:ind w:left="180" w:right="691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Воля и труд дивные всходы дают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Пословицы о труде.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Произведения, отражающие представление о трудолюбии как нравственно-этической ценности,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значимой для национального русского сознания. Например: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Е. А. Пермяк.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«Маркел-самодел и его дети».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Б. В. Шергин.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«Пословицы в рассказах».</w:t>
      </w:r>
    </w:p>
    <w:p>
      <w:pPr>
        <w:autoSpaceDN w:val="0"/>
        <w:autoSpaceDE w:val="0"/>
        <w:widowControl/>
        <w:spacing w:line="262" w:lineRule="auto" w:before="70" w:after="0"/>
        <w:ind w:left="180" w:right="6336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Кто идёт вперёд, того страх не берёт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Пословицы о смелости.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Произведения, отражающие традиционные представления о смелости как нравственном ориентире.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4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Например: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С. П. Алексеев.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«Медаль».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В. В. Голявкин.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«Этот мальчик».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 и моя семья </w:t>
      </w:r>
    </w:p>
    <w:p>
      <w:pPr>
        <w:autoSpaceDN w:val="0"/>
        <w:autoSpaceDE w:val="0"/>
        <w:widowControl/>
        <w:spacing w:line="271" w:lineRule="auto" w:before="166" w:after="0"/>
        <w:ind w:left="180" w:right="576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Семья крепка ладом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Произведения, отражающие  традиционные  представления о семейных ценностях. Например: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С. Г. Георгиев.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«Стрекот кузнечика».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В. В. Голявкин.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«Мой добрый папа» (фрагмент).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М. В. Дружинина.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«Очень полезный подарок».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Л. Н. Толстой.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«Отец и сыновья».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 фантазирую и мечтаю </w:t>
      </w:r>
    </w:p>
    <w:p>
      <w:pPr>
        <w:autoSpaceDN w:val="0"/>
        <w:autoSpaceDE w:val="0"/>
        <w:widowControl/>
        <w:spacing w:line="271" w:lineRule="auto" w:before="166" w:after="0"/>
        <w:ind w:left="180" w:right="172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Мечты, зовущие ввысь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Произведения, отражающие представления об идеалах в детских мечтах. Например: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Н. К. Абрамцева.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«Заветное желание».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Е.В.Григорьева.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«Мечта».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Л.Н.Толстой.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«Воспоминания» (глава «Фанфаронова гора»).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Резерв на вариативную часть программы -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3 ч.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РАЗДЕЛ 2. РОССИЯ - РОДИНА МОЯ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Родная страна во все времена сынами сильна</w:t>
      </w:r>
    </w:p>
    <w:p>
      <w:pPr>
        <w:sectPr>
          <w:pgSz w:w="11900" w:h="16840"/>
          <w:pgMar w:top="298" w:right="650" w:bottom="290" w:left="666" w:header="720" w:footer="720" w:gutter="0"/>
          <w:cols w:space="720" w:num="1" w:equalWidth="0"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44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180" w:right="576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Люди земли Русской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биографии выдающихся представителей русского народа. Например: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В. А. Бахревский.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«Виктор Васнецов» (глава «Рябово»).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М. А. Булатов, В. И. Порудоминский.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«Собирал человек слова… Повесть о В. И. Дале»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(фрагмент).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М. Л. Яковлев.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«Сергий Радонежский приходит на помощь» (фрагмент).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Народные праздники, связанные с временами года </w:t>
      </w:r>
    </w:p>
    <w:p>
      <w:pPr>
        <w:autoSpaceDN w:val="0"/>
        <w:autoSpaceDE w:val="0"/>
        <w:widowControl/>
        <w:spacing w:line="262" w:lineRule="auto" w:before="166" w:after="0"/>
        <w:ind w:left="180" w:right="532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Хорош праздник после трудов праведных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Песни-веснянки.</w:t>
      </w:r>
    </w:p>
    <w:p>
      <w:pPr>
        <w:autoSpaceDN w:val="0"/>
        <w:autoSpaceDE w:val="0"/>
        <w:widowControl/>
        <w:spacing w:line="262" w:lineRule="auto" w:before="72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 о праздниках и традициях, связанных с народным календарём. Например: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Л.Ф. Воронкова.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«Девочка из города» (глава «Праздник весны»).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В. А. Жуковский.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«Жаворонок».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А. С. Пушкин.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«Птичка».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И.С.Шмелёв.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«Лето Господне» (фрагмент главы «Масленица»).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 родной природе 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 зелёным далям с детства взор приучен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Поэтические представления русского народа о поле, луге, травах и цветах; отражение этих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в фольклоре и их развитие в русской поэзии и прозе. Например: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Русские народные загадки о поле, цветах.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Ю. И. Коваль.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«Фарфоровые колокольчики».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И. С. Никитин.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«В чистом поле тень шагает».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М. С. Пляцковский.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«Колокольчик».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В. А. Солоухин.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«Трава» (фрагмент).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Ф. И. Тютчев. «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Тихой ночью, поздним летом…»</w:t>
      </w:r>
    </w:p>
    <w:p>
      <w:pPr>
        <w:sectPr>
          <w:pgSz w:w="11900" w:h="16840"/>
          <w:pgMar w:top="364" w:right="1440" w:bottom="1440" w:left="666" w:header="720" w:footer="720" w:gutter="0"/>
          <w:cols w:space="720" w:num="1" w:equalWidth="0"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81" w:lineRule="auto" w:before="34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Результаты изучения предмета «Литературное чтения на родном (русском) языке» в составе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предметной области «Родной язык и литературное чтение на родном языке» соответствуют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требованиям к результатам освоения основной образовательной программы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сформулированным в Федеральном государственном образовательном стандарте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начального общего образования.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78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«Литературное чтения на родном (русском) языке» у обучающегося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будут сформированы следующие личностные результаты, представленные по основным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 воспитательной деятельности: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своей Родине - России, в том числе через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произведений, отражающих историю и культуру страны;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этнокультурной и российской гражданской идентичности, понимание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как государственного языка Российской Федерации и языка межнационального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 народов России;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сопричастность к прошлому, настоящему и будущему своей страны и родного края,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через обсуждение ситуаций при работе с художественными произведениями;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уважение к своему и другим народам, формируемое в том числе на основе примеров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произведений и фольклора;</w:t>
      </w:r>
    </w:p>
    <w:p>
      <w:pPr>
        <w:autoSpaceDN w:val="0"/>
        <w:autoSpaceDE w:val="0"/>
        <w:widowControl/>
        <w:spacing w:line="276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человеке как члене общества,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нравственно-этических нормах поведения и правилах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в том числе отражённых в фольклорных и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произведениях;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признание индивидуальности каждого человека с опорой на собственный жизненный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читательский опыт;</w:t>
      </w:r>
    </w:p>
    <w:p>
      <w:pPr>
        <w:autoSpaceDN w:val="0"/>
        <w:autoSpaceDE w:val="0"/>
        <w:widowControl/>
        <w:spacing w:line="271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сопереживания, уважения и доброжелательности, в том числе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адекватных языковых средств, для выражения своего состояния и чувств; проявление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эмоционально-нравственной отзывчивости, понимания и сопереживания чувствам других людей;</w:t>
      </w:r>
    </w:p>
    <w:p>
      <w:pPr>
        <w:autoSpaceDN w:val="0"/>
        <w:autoSpaceDE w:val="0"/>
        <w:widowControl/>
        <w:spacing w:line="262" w:lineRule="auto" w:before="190" w:after="0"/>
        <w:ind w:left="288" w:right="144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неприятие любых форм поведения, направленных на причинение физического и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вреда  другим  людям (в том числе связанного с использованием недопустимых средств языка);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сотрудничество со сверстниками, умение не создавать конфликтов и находить выходы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спорных ситуаций, в том числе с опорой на примеры художественных произведений;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уважительное отношение и интерес к художественной культуре, восприимчивость к разным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искусства, традициям и творчеству своего и других народов;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стремление к самовыражению в разных видах художественной деятельности, в том числе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искусстве слова;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</w:p>
    <w:p>
      <w:pPr>
        <w:sectPr>
          <w:pgSz w:w="11900" w:h="16840"/>
          <w:pgMar w:top="298" w:right="650" w:bottom="350" w:left="666" w:header="720" w:footer="720" w:gutter="0"/>
          <w:cols w:space="720" w:num="1" w:equalWidth="0"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здорового и безопасного (для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среде (в том числе информационной) при поиске дополнительной информации;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бережное отношение к физическому и психическому здоровью, проявляющееся в выборе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приемлемых способов речевого самовыражения и соблюдении норм речевого этикета и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</w:p>
    <w:p>
      <w:pPr>
        <w:autoSpaceDN w:val="0"/>
        <w:autoSpaceDE w:val="0"/>
        <w:widowControl/>
        <w:spacing w:line="28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осознание ценности труда в жизни человека и общества (в том числе благодаря примерам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произведений), ответственное потребление и бережное отношение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результатам труда, навыки участия в различных видах трудовой деятельности, интерес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различным профессиям, возникающий при обсуждении примеров из художественных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бережное отношение к природе, формируемое в процессе работы с текстами;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неприятие действий, приносящих ей вред;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научной картине мира, формируемые в том числе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усвоения ряда литературоведческих понятий;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интересы, активность,  инициативность, любознательность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самостоятельность в  познании,  в том числе познавательный интерес к чтению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произведений, активность и самостоятельность при выборе круга чтения.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«Литературное чтения на родном (русском) языке» у обучающегося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будут сформированы следующие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универсальные учебные действия.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различные тексты, устанавливать основания для сравнения текстов,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аналогии текстов;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объединять объекты (тексты) по определённому признаку;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определять существенный признак для классификации пословиц, поговорок, фразеологизмов;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в текстах закономерности и противоречия на основе предложенного учителем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алгоритма наблюдения; анализировать алгоритм действий при анализе текста,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выделять учебные операции при анализе текстов;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недостаток информации для решения учебной и практической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алгоритма, формулировать запрос на дополнительную информацию;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причинно-следственные связи при анализе текста, делать выводы.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Базовые исследовательские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помощью учителя формулировать цель, планировать изменения собственного высказывания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речевой ситуацией;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несколько вариантов выполнения задания, выбирать наиболее подходящий (на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предложенных критериев);</w:t>
      </w:r>
    </w:p>
    <w:p>
      <w:pPr>
        <w:sectPr>
          <w:pgSz w:w="11900" w:h="16840"/>
          <w:pgMar w:top="310" w:right="664" w:bottom="392" w:left="666" w:header="720" w:footer="720" w:gutter="0"/>
          <w:cols w:space="720" w:num="1" w:equalWidth="0"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предложенному плану несложное мини-исследование, выполнять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предложенному плану проектное задание;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выводы и подкреплять их доказательствами на основе результатов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проведённого смыслового анализа текста; формулировать с помощью учителя вопросы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анализа предложенного текстового материала;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развитие процессов, событий и их последствия в аналогичных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сходных ситуациях.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Работа с информацией:</w:t>
      </w:r>
    </w:p>
    <w:p>
      <w:pPr>
        <w:autoSpaceDN w:val="0"/>
        <w:autoSpaceDE w:val="0"/>
        <w:widowControl/>
        <w:spacing w:line="262" w:lineRule="auto" w:before="18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источник получения информации: нужный словарь, справочник для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информации, для уточнения;</w:t>
      </w:r>
    </w:p>
    <w:p>
      <w:pPr>
        <w:autoSpaceDN w:val="0"/>
        <w:autoSpaceDE w:val="0"/>
        <w:widowControl/>
        <w:spacing w:line="262" w:lineRule="auto" w:before="192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согласно заданному алгоритму находить представленную в явном виде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 источнике: в словарях, справочниках;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 (обращаясь к словарям, справочникам, учебнику);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с помощью взрослых (педагогических работ- ников, родителей, законных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представителей) правила информационной безопасности при поиске информации в Интернете;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создавать текстовую, графическую, видео,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информацию, зафиксированную в виде таблиц, схем; самостоятельно создавать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схемы, таблицы для представления результатов работы с текстами.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универсальные учебные действия.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Общение:</w:t>
      </w:r>
    </w:p>
    <w:p>
      <w:pPr>
        <w:autoSpaceDN w:val="0"/>
        <w:autoSpaceDE w:val="0"/>
        <w:widowControl/>
        <w:spacing w:line="262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суждения, выражать эмоции в соответствии с целями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уважительное отношение к собеседнику, соблюдать правила ведения диалоги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признавать возможность существования разных точек зрения;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корректно и аргументированно высказывать своё мнение;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речевое высказывание в соответствии с поставленной задачей;</w:t>
      </w:r>
    </w:p>
    <w:p>
      <w:pPr>
        <w:autoSpaceDN w:val="0"/>
        <w:autoSpaceDE w:val="0"/>
        <w:widowControl/>
        <w:spacing w:line="262" w:lineRule="auto" w:before="190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устные и письменные тексты (описание, рассуждение, повествование)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речевой ситуацией;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готовить небольшие публичные выступления о результатах парной и групповой работы,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результатах наблюдения, выполненного мини-исследования, проектного задания;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подбирать иллюстративный материал (рисунки, фото, плакаты) к тексту выступления.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краткосрочные и долгосрочные цели (индивидуальные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учителем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формата планирования, распределения промежуточных шагов и сроков;</w:t>
      </w:r>
    </w:p>
    <w:p>
      <w:pPr>
        <w:sectPr>
          <w:pgSz w:w="11900" w:h="16840"/>
          <w:pgMar w:top="328" w:right="744" w:bottom="408" w:left="666" w:header="720" w:footer="720" w:gutter="0"/>
          <w:cols w:space="720" w:num="1" w:equalWidth="0">
            <w:col w:w="10490" w:space="0"/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343" w:lineRule="auto" w:before="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готовность руководить, выполнять поручения, подчиняться,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разрешать конфликты;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ответственно выполнять свою часть работы;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свой вклад в общий результат;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выполнять совместные проектные задания с опорой на предложенные образцы.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учебные действия.</w:t>
      </w:r>
    </w:p>
    <w:p>
      <w:pPr>
        <w:autoSpaceDN w:val="0"/>
        <w:autoSpaceDE w:val="0"/>
        <w:widowControl/>
        <w:spacing w:line="338" w:lineRule="auto" w:before="192" w:after="0"/>
        <w:ind w:left="420" w:right="1584" w:hanging="24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Самоорганизация: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планировать действия по решению учебной задачи для получения результата;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выстраивать последовательность выбранных действий.</w:t>
      </w:r>
    </w:p>
    <w:p>
      <w:pPr>
        <w:autoSpaceDN w:val="0"/>
        <w:autoSpaceDE w:val="0"/>
        <w:widowControl/>
        <w:spacing w:line="348" w:lineRule="auto" w:before="178" w:after="0"/>
        <w:ind w:left="420" w:right="576" w:hanging="24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причины успеха/неудач учебной деятельности;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корректировать свои учебные действия для преодоления речевых ошибок и ошибок,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связанных с анализом текстов;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соотносить результат деятельности с поставленной учебной задачей по анализу текстов;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находить ошибку, допущенную при работе с текстами;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результаты своей деятельности и деятельности одноклассников, объективно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их по предложенным критериям.</w:t>
      </w:r>
    </w:p>
    <w:p>
      <w:pPr>
        <w:autoSpaceDN w:val="0"/>
        <w:tabs>
          <w:tab w:pos="180" w:val="left"/>
        </w:tabs>
        <w:autoSpaceDE w:val="0"/>
        <w:widowControl/>
        <w:spacing w:line="302" w:lineRule="auto" w:before="322" w:after="0"/>
        <w:ind w:left="0" w:right="44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во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обучающийся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научится:</w:t>
      </w:r>
    </w:p>
    <w:p>
      <w:pPr>
        <w:autoSpaceDN w:val="0"/>
        <w:autoSpaceDE w:val="0"/>
        <w:widowControl/>
        <w:spacing w:line="336" w:lineRule="auto" w:before="29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нравственном содержании прочитанного, соотносить поступки героев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нравственными нормами;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элементарными представлениями о национальном своеобразии метафор,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олицетворений, эпитетов и видеть в тексте -данные средства художественной выразительности;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совершенствовать в процессе чтения произведений русской литературы читательские умения: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читать вслух и про себя,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владеть элементарными приёмами интерпретации художественных и учебных текстов;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опыт чтения произведений русской  литературы для речевого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самосовершенствования: участвовать в обсуждении прослушанного/прочитанного текста,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доказывать и подтверждать собственное мнение ссылками на текст;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обогащать собственный круг чтения;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соотносить впечатления от прочитанных и прослушанных произведений с впечатлениями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видов искусства.</w:t>
      </w:r>
    </w:p>
    <w:p>
      <w:pPr>
        <w:sectPr>
          <w:pgSz w:w="11900" w:h="16840"/>
          <w:pgMar w:top="328" w:right="740" w:bottom="782" w:left="666" w:header="720" w:footer="720" w:gutter="0"/>
          <w:cols w:space="720" w:num="1" w:equalWidth="0">
            <w:col w:w="10494" w:space="0"/>
            <w:col w:w="10490" w:space="0"/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802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67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2"/>
            <w:gridSpan w:val="3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6"/>
            <w:vMerge w:val="restart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6892"/>
            <w:vMerge w:val="restart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828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00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МИР ДЕТСТВА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80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Я и книги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892"/>
            <w:tcBorders>
              <w:start w:sz="4.799999999999727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текста: восприятие на слух художественных произведений, которые читает учитель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подготовленный ученик, понимание содержания произведения, ответы на вопросы;</w:t>
            </w:r>
          </w:p>
        </w:tc>
        <w:tc>
          <w:tcPr>
            <w:tcW w:type="dxa" w:w="828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0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https://uchi.ru/lp/homeworks;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https://yandex.ru/.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18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Я взрослею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89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про себя: чтение небольших отрывков из произведений, ответы на вопросы по содержанию;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и обсуждение историко-культурной информации, имеющей отношение к прочитанному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произведению;</w:t>
            </w:r>
          </w:p>
        </w:tc>
        <w:tc>
          <w:tcPr>
            <w:tcW w:type="dxa" w:w="828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https://uchi.ru/lp/homeworks;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https://yandex.ru/.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18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Я  и моя семья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89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Характеристика героев произведения: оценка поступков героев с опорой на текст; определение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отношения автора к своему герою, подтверждение своих выводов примерами из текста;</w:t>
            </w:r>
          </w:p>
        </w:tc>
        <w:tc>
          <w:tcPr>
            <w:tcW w:type="dxa" w:w="828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https://uchi.ru/lp/homeworks;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https://yandex.ru/.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18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 xml:space="preserve">Я фантазирую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мечтаю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89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Творческая работа: чтение диалога по ролям (работа в группе);</w:t>
            </w:r>
          </w:p>
        </w:tc>
        <w:tc>
          <w:tcPr>
            <w:tcW w:type="dxa" w:w="828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https://uchi.ru/lp/homeworks;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https://yandex.ru/.</w:t>
            </w:r>
          </w:p>
        </w:tc>
      </w:tr>
      <w:tr>
        <w:trPr>
          <w:trHeight w:hRule="exact" w:val="348"/>
        </w:trPr>
        <w:tc>
          <w:tcPr>
            <w:tcW w:type="dxa" w:w="21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</w:t>
            </w:r>
          </w:p>
        </w:tc>
        <w:tc>
          <w:tcPr>
            <w:tcW w:type="dxa" w:w="12776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РОССИЯ — РОДИНА МОЯ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80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 xml:space="preserve">Родная страна во все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 xml:space="preserve">времена сынами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сильна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892"/>
            <w:tcBorders>
              <w:start w:sz="4.799999999999727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текста: восприятие на слух художественных произведений, которые читает учитель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подготовленный ученик, понимание содержания произведения, ответы на вопросы;</w:t>
            </w:r>
          </w:p>
        </w:tc>
        <w:tc>
          <w:tcPr>
            <w:tcW w:type="dxa" w:w="828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0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https://uchi.ru/lp/homeworks;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https://yandex.ru/.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18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 xml:space="preserve">Народные праздники,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 xml:space="preserve">связанные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временами года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89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текста: восприятие на слух художественных произведений, которые читает учитель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подготовленный ученик, понимание содержания произведения, ответы на вопросы;</w:t>
            </w:r>
          </w:p>
        </w:tc>
        <w:tc>
          <w:tcPr>
            <w:tcW w:type="dxa" w:w="82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https://uchi.ru/lp/homeworks;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https://yandex.ru/.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18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О родной природе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89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Наблюдение: рассматривание репродукций картин, определение, подходит ли предложенная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репродукция картины в качестве иллюстрации к стихотворению, обоснование своего мнения;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подбор к рисункам (фотографиям) описаний из текста;</w:t>
            </w:r>
          </w:p>
        </w:tc>
        <w:tc>
          <w:tcPr>
            <w:tcW w:type="dxa" w:w="82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https://uchi.ru/lp/homeworks;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https://yandex.ru/.</w:t>
            </w:r>
          </w:p>
        </w:tc>
      </w:tr>
      <w:tr>
        <w:trPr>
          <w:trHeight w:hRule="exact" w:val="348"/>
        </w:trPr>
        <w:tc>
          <w:tcPr>
            <w:tcW w:type="dxa" w:w="21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2776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21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2776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2"/>
        </w:trPr>
        <w:tc>
          <w:tcPr>
            <w:tcW w:type="dxa" w:w="219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532"/>
            <w:gridSpan w:val="4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180" w:left="666" w:header="720" w:footer="720" w:gutter="0"/>
          <w:cols w:space="720" w:num="1" w:equalWidth="0">
            <w:col w:w="15534" w:space="0"/>
            <w:col w:w="10494" w:space="0"/>
            <w:col w:w="10490" w:space="0"/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302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4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 и книги. Знакомство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учебником.  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обращения с книгой.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торопись отвечать,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торопись слушать. О.С.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Бундур « Я слушаю»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Е.Н. Егорова. «Детство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Александра Пушкина». ( глава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 Нянины сказки»)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Т.А. Луговская. « Как знаю,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помню, как умею».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Л.К. Чуковская. Памяти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детства. Мой отец Корней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Чуковский.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аукнется, так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откликнется Пословицы об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отношении  к другим людям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Л.И. Кузьмин. «Дом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колокольчиком». В.В. Бианки.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«Сова».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Воля и труд дивные всходы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дают. Б.В. Шергин. «Плотник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думает топором».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Е.А. Пермяк. «Маркел-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Самодел и его дети».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Кто идёт вперёд, того страх 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берёт В.В. Голявкин. «Этот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мальчик».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С.П. Алексеев. «Медаль».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Пословицы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Л.Н. Толстой. «Отец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сыновья».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М.В. Дружинина. «Очень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полезный подарок».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436" w:left="666" w:header="720" w:footer="720" w:gutter="0"/>
          <w:cols w:space="720" w:num="1" w:equalWidth="0">
            <w:col w:w="10584" w:space="0"/>
            <w:col w:w="15534" w:space="0"/>
            <w:col w:w="10494" w:space="0"/>
            <w:col w:w="10490" w:space="0"/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С.Г. Георгиев. «Стрекот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кузнечика».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В.В. Голявкин. «Мой добрый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папа».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Мечты, зовущие ввысь. Н.К.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Абрамцева. «Заветное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желание».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Е.В. Григорьева. «Мечта».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302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Л.Н. Толстой. Воспоминания.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итогам изучения раздела.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В.А. Бахревский «Рябово».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М.А. Булатов, В.И.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Порудоминский «Собирал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слова».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М.Л. Яковлев. Сергий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Радонежский приходит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помощь.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К. Языкова. Преподобный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Сергий Радонежский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Хорош праздник после трудов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праведных. И.С. Шмелёв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«Масленица».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302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Песни-веснянки.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Л.Ф. Воронкова. «Праздник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весны».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В.А. Жуковский.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«Жаворонок».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А.С. Пушкин. «Птичка».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А.А. Коринфский. «Август-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собериха». «Спожинки».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3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0494" w:space="0"/>
            <w:col w:w="10490" w:space="0"/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Уж ты нива, моя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нивушка. Загадка. И.С.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Никитин. « В чистом поле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тень шагает».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Минутная краса полей. Л.Ф.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Воронкова. «Подснежники».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Ю.И. Коваль. «Фарфоровые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колокольчики». 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М.С. Пляцковский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«Колокольчик».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302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Поляны муравы одели. В.А.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Солоухин. «Трава». Е.А.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Благинина. «Журавушка».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 Итоговая проверочная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806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2726"/>
            <w:gridSpan w:val="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0494" w:space="0"/>
            <w:col w:w="10490" w:space="0"/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Литературное чтение на родном (русском) языке (в 2 частях), 2 класс/Кутейникова Н.Е., Синёва О.В.;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 редакцией Богданова С.И., ООО «Русское слово-учебник»;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Поурочные разработки по учебному предмету «Литературное чтение на родном русском языке» для 2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класса. Издание предназначено для сопровождения и поддержки основного предмета «Литературное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чтение», обязательного для изучения во всех школах Российской Федерации (в комплекте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учебником О.М. Александровой и др.: «Литературное чтение на родном русском языке. 2 класс». М.: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Просвещение, 2021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РОССИЙСКАЯ ЭЛЕКТРОННАЯ ШКОЛА (https://resh.edu.ru/); Учи.ру (https://uchi.ru/lp/homeworks);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Яндекс учебник (https://yandex.ru/).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0494" w:space="0"/>
            <w:col w:w="10490" w:space="0"/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66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Ноутбук, мультимедийный проектор.</w:t>
      </w:r>
    </w:p>
    <w:p>
      <w:pPr>
        <w:autoSpaceDN w:val="0"/>
        <w:autoSpaceDE w:val="0"/>
        <w:widowControl/>
        <w:spacing w:line="300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0494" w:space="0"/>
            <w:col w:w="10490" w:space="0"/>
            <w:col w:w="10570" w:space="0"/>
            <w:col w:w="10584" w:space="0"/>
            <w:col w:w="9794" w:space="0"/>
            <w:col w:w="10584" w:space="0"/>
            <w:col w:w="10566" w:space="0"/>
            <w:col w:w="10488" w:space="0"/>
            <w:col w:w="10516" w:space="0"/>
            <w:col w:w="10592" w:space="0"/>
            <w:col w:w="9020" w:space="0"/>
            <w:col w:w="9592" w:space="0"/>
            <w:col w:w="5940" w:space="0"/>
            <w:col w:w="3651" w:space="0"/>
            <w:col w:w="959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5534" w:space="0"/>
        <w:col w:w="10494" w:space="0"/>
        <w:col w:w="10490" w:space="0"/>
        <w:col w:w="10570" w:space="0"/>
        <w:col w:w="10584" w:space="0"/>
        <w:col w:w="9794" w:space="0"/>
        <w:col w:w="10584" w:space="0"/>
        <w:col w:w="10566" w:space="0"/>
        <w:col w:w="10488" w:space="0"/>
        <w:col w:w="10516" w:space="0"/>
        <w:col w:w="10592" w:space="0"/>
        <w:col w:w="9020" w:space="0"/>
        <w:col w:w="9592" w:space="0"/>
        <w:col w:w="5940" w:space="0"/>
        <w:col w:w="3651" w:space="0"/>
        <w:col w:w="959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